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2F3E" w14:textId="77777777" w:rsidR="005910E5" w:rsidRDefault="00296C2F">
      <w:pPr>
        <w:spacing w:after="240"/>
        <w:jc w:val="center"/>
      </w:pPr>
      <w:r>
        <w:rPr>
          <w:b/>
          <w:sz w:val="36"/>
        </w:rPr>
        <w:t>GUÍA DE APRENDIZAJE: VOLUMEN Y CAPACIDAD</w:t>
      </w:r>
    </w:p>
    <w:p w14:paraId="512C144C" w14:textId="77777777" w:rsidR="005910E5" w:rsidRDefault="00296C2F">
      <w:pPr>
        <w:spacing w:after="480"/>
        <w:jc w:val="center"/>
      </w:pPr>
      <w:r>
        <w:rPr>
          <w:sz w:val="24"/>
        </w:rPr>
        <w:t>Grado: Sexto (6°)  |  Área: Matemáticas y Geometría</w:t>
      </w:r>
    </w:p>
    <w:p w14:paraId="231378FC" w14:textId="77777777" w:rsidR="005910E5" w:rsidRDefault="00296C2F">
      <w:pPr>
        <w:spacing w:before="360" w:after="120"/>
      </w:pPr>
      <w:r>
        <w:rPr>
          <w:b/>
          <w:sz w:val="28"/>
        </w:rPr>
        <w:t>1. CONCEPTOS BÁSICOS</w:t>
      </w:r>
    </w:p>
    <w:p w14:paraId="3D151910" w14:textId="77777777" w:rsidR="005910E5" w:rsidRDefault="00296C2F">
      <w:pPr>
        <w:spacing w:after="120"/>
      </w:pPr>
      <w:r>
        <w:rPr>
          <w:b/>
        </w:rPr>
        <w:t>• Volumen:</w:t>
      </w:r>
      <w:r>
        <w:t xml:space="preserve"> Es la medida del espacio tridimensional que ocupa un cuerpo. Sus unidades en el Sistema Internacional son los metros cúbicos (m³), centímetros cúbicos (cm³), etc.</w:t>
      </w:r>
    </w:p>
    <w:p w14:paraId="6D6F5985" w14:textId="77777777" w:rsidR="005910E5" w:rsidRDefault="00296C2F">
      <w:pPr>
        <w:spacing w:after="120"/>
      </w:pPr>
      <w:r>
        <w:rPr>
          <w:b/>
        </w:rPr>
        <w:t>• Capacidad:</w:t>
      </w:r>
      <w:r>
        <w:t xml:space="preserve"> Es la propiedad de un recipiente para albergar o contener sustancias, ya sean l</w:t>
      </w:r>
      <w:r>
        <w:t>íquidos o gases. Se expresa comúnmente en litros (l) o mililitros (ml).</w:t>
      </w:r>
    </w:p>
    <w:p w14:paraId="63CA33EF" w14:textId="77777777" w:rsidR="005910E5" w:rsidRDefault="00296C2F">
      <w:pPr>
        <w:spacing w:after="120"/>
      </w:pPr>
      <w:r>
        <w:rPr>
          <w:b/>
        </w:rPr>
        <w:t xml:space="preserve">• Equivalencia clave: </w:t>
      </w:r>
      <w:r>
        <w:t xml:space="preserve"> Las equivalencias más importantes para resolver problemas son:</w:t>
      </w:r>
    </w:p>
    <w:p w14:paraId="5F3731F6" w14:textId="77777777" w:rsidR="005910E5" w:rsidRDefault="00296C2F">
      <w:pPr>
        <w:spacing w:after="40"/>
        <w:ind w:left="720"/>
      </w:pPr>
      <w:r>
        <w:t>1 decímetro cúbico (dm³) = 1 litro (l)</w:t>
      </w:r>
    </w:p>
    <w:p w14:paraId="638497E9" w14:textId="77777777" w:rsidR="005910E5" w:rsidRDefault="00296C2F">
      <w:pPr>
        <w:spacing w:after="240"/>
        <w:ind w:left="720"/>
      </w:pPr>
      <w:r>
        <w:t>1 centímetro cúbico (cm³) = 1 mililitro (ml)</w:t>
      </w:r>
    </w:p>
    <w:p w14:paraId="70C4B4E9" w14:textId="77777777" w:rsidR="005910E5" w:rsidRDefault="00296C2F">
      <w:pPr>
        <w:spacing w:before="360" w:after="120"/>
      </w:pPr>
      <w:r>
        <w:rPr>
          <w:b/>
          <w:sz w:val="28"/>
        </w:rPr>
        <w:t>2. VOLUMEN DEL</w:t>
      </w:r>
      <w:r>
        <w:rPr>
          <w:b/>
          <w:sz w:val="28"/>
        </w:rPr>
        <w:t xml:space="preserve"> CILINDRO</w:t>
      </w:r>
    </w:p>
    <w:p w14:paraId="455D44BB" w14:textId="77777777" w:rsidR="005910E5" w:rsidRDefault="00296C2F">
      <w:pPr>
        <w:spacing w:after="120"/>
      </w:pPr>
      <w:r>
        <w:t>Un cilindro es un cuerpo geométrico formado por dos bases circulares paralelas y una superficie curva lateral.</w:t>
      </w:r>
    </w:p>
    <w:p w14:paraId="26229DF7" w14:textId="77777777" w:rsidR="005910E5" w:rsidRDefault="00296C2F">
      <w:pPr>
        <w:spacing w:after="120"/>
        <w:ind w:left="360"/>
      </w:pPr>
      <w:r>
        <w:rPr>
          <w:b/>
        </w:rPr>
        <w:t xml:space="preserve">• Fórmula general: </w:t>
      </w:r>
      <w:r>
        <w:t>Volumen = Área de la base × Altura</w:t>
      </w:r>
    </w:p>
    <w:p w14:paraId="1912D304" w14:textId="77777777" w:rsidR="005910E5" w:rsidRDefault="00296C2F">
      <w:pPr>
        <w:spacing w:after="120"/>
        <w:ind w:left="360"/>
      </w:pPr>
      <w:r>
        <w:rPr>
          <w:b/>
        </w:rPr>
        <w:t xml:space="preserve">• Fórmula matemática: </w:t>
      </w:r>
      <w:r>
        <w:t>V = π · r² · h</w:t>
      </w:r>
    </w:p>
    <w:p w14:paraId="02360278" w14:textId="77777777" w:rsidR="005910E5" w:rsidRDefault="00296C2F">
      <w:pPr>
        <w:spacing w:after="120"/>
        <w:ind w:left="720"/>
      </w:pPr>
      <w:r>
        <w:t>Donde 'r' es el radio de la base circular, '</w:t>
      </w:r>
      <w:r>
        <w:t>h' es la altura del cilindro y π (Pi) se toma aproximadamente como 3.14.</w:t>
      </w:r>
    </w:p>
    <w:p w14:paraId="6D096A0B" w14:textId="77777777" w:rsidR="005910E5" w:rsidRDefault="00296C2F">
      <w:pPr>
        <w:spacing w:before="360" w:after="120"/>
      </w:pPr>
      <w:r>
        <w:rPr>
          <w:b/>
          <w:sz w:val="28"/>
        </w:rPr>
        <w:t>3. VOLUMEN DE LA ESFERA</w:t>
      </w:r>
    </w:p>
    <w:p w14:paraId="1D360789" w14:textId="77777777" w:rsidR="005910E5" w:rsidRDefault="00296C2F">
      <w:pPr>
        <w:spacing w:after="120"/>
      </w:pPr>
      <w:r>
        <w:t>Una esfera es un cuerpo redondo en el que todos sus puntos de la superficie están a la misma distancia de su centro.</w:t>
      </w:r>
    </w:p>
    <w:p w14:paraId="3CCBCD97" w14:textId="77777777" w:rsidR="005910E5" w:rsidRDefault="00296C2F">
      <w:pPr>
        <w:spacing w:after="120"/>
        <w:ind w:left="360"/>
      </w:pPr>
      <w:r>
        <w:rPr>
          <w:b/>
        </w:rPr>
        <w:t xml:space="preserve">• Fórmula matemática: </w:t>
      </w:r>
      <w:r>
        <w:t>V = (4/3) · π · r³</w:t>
      </w:r>
    </w:p>
    <w:p w14:paraId="719AE3E2" w14:textId="77777777" w:rsidR="005910E5" w:rsidRDefault="00296C2F">
      <w:pPr>
        <w:spacing w:after="120"/>
        <w:ind w:left="720"/>
      </w:pPr>
      <w:r>
        <w:t>D</w:t>
      </w:r>
      <w:r>
        <w:t>onde 'r' representa el radio de la esfera y π es igual a 3.14.</w:t>
      </w:r>
    </w:p>
    <w:p w14:paraId="5E25409F" w14:textId="77777777" w:rsidR="005910E5" w:rsidRDefault="00296C2F">
      <w:pPr>
        <w:spacing w:before="360" w:after="120"/>
      </w:pPr>
      <w:r>
        <w:rPr>
          <w:b/>
          <w:sz w:val="28"/>
        </w:rPr>
        <w:t>4. FRASCOS, RECIPIENTES Y SU CAPACIDAD</w:t>
      </w:r>
    </w:p>
    <w:p w14:paraId="562D06C7" w14:textId="77777777" w:rsidR="005910E5" w:rsidRDefault="00296C2F">
      <w:pPr>
        <w:spacing w:after="120"/>
      </w:pPr>
      <w:r>
        <w:t>Muchos objetos cotidianos como latas, vasos, botellas o frascos tienen forma cilíndrica. Para calcular la cantidad de líquido que cabe dentro de ellos, pr</w:t>
      </w:r>
      <w:r>
        <w:t>imero calculamos su volumen en centímetros cúbicos (cm³) y luego aplicamos la regla de que 1 cm³ equivale exactamente a 1 ml.</w:t>
      </w:r>
    </w:p>
    <w:p w14:paraId="1869D32B" w14:textId="77777777" w:rsidR="005910E5" w:rsidRDefault="00296C2F">
      <w:pPr>
        <w:spacing w:before="360" w:after="120"/>
      </w:pPr>
      <w:r>
        <w:rPr>
          <w:b/>
          <w:sz w:val="28"/>
        </w:rPr>
        <w:t>5. EJEMPLOS RESUELTOS</w:t>
      </w:r>
    </w:p>
    <w:p w14:paraId="2ED6C80D" w14:textId="77777777" w:rsidR="005910E5" w:rsidRDefault="00296C2F">
      <w:pPr>
        <w:spacing w:after="120"/>
      </w:pPr>
      <w:r>
        <w:rPr>
          <w:b/>
        </w:rPr>
        <w:lastRenderedPageBreak/>
        <w:t>Ejemplo 1 (Cilindro):</w:t>
      </w:r>
      <w:r>
        <w:t xml:space="preserve"> Calcula el volumen de un tarro cilíndrico que tiene un radio de 4 cm y una altura de 1</w:t>
      </w:r>
      <w:r>
        <w:t>0 cm. (Usa π ≈ 3.14).</w:t>
      </w:r>
    </w:p>
    <w:p w14:paraId="00C573BE" w14:textId="77777777" w:rsidR="005910E5" w:rsidRDefault="00296C2F">
      <w:pPr>
        <w:spacing w:after="240"/>
        <w:ind w:left="360"/>
      </w:pPr>
      <w:r>
        <w:rPr>
          <w:b/>
        </w:rPr>
        <w:t xml:space="preserve">Solución: </w:t>
      </w:r>
      <w:r>
        <w:t>V = 3.14 · (4 cm)² · 10 cm</w:t>
      </w:r>
      <w:r>
        <w:br/>
        <w:t>V = 3.14 · 16 cm² · 10 cm = 502.4 cm³</w:t>
      </w:r>
      <w:r>
        <w:br/>
        <w:t>Como 1 cm³ = 1 ml, la capacidad del tarro es de 502.4 ml.</w:t>
      </w:r>
    </w:p>
    <w:p w14:paraId="31F5EB68" w14:textId="77777777" w:rsidR="005910E5" w:rsidRDefault="00296C2F">
      <w:pPr>
        <w:spacing w:after="120"/>
      </w:pPr>
      <w:r>
        <w:rPr>
          <w:b/>
        </w:rPr>
        <w:t>Ejemplo 2 (Esfera):</w:t>
      </w:r>
      <w:r>
        <w:t xml:space="preserve"> Calcula el volumen de una pelota esférica cuyo radio mide 3 cm. (Usa π ≈ 3.14).</w:t>
      </w:r>
    </w:p>
    <w:p w14:paraId="4254D524" w14:textId="77777777" w:rsidR="005910E5" w:rsidRDefault="00296C2F">
      <w:pPr>
        <w:spacing w:after="120"/>
        <w:ind w:left="360"/>
      </w:pPr>
      <w:r>
        <w:rPr>
          <w:b/>
        </w:rPr>
        <w:t xml:space="preserve">Solución: </w:t>
      </w:r>
      <w:r>
        <w:t>V = (4/3) · 3.14 · (3 cm)³</w:t>
      </w:r>
      <w:r>
        <w:br/>
        <w:t>V = (4/3) · 3.14 · 27 cm³</w:t>
      </w:r>
      <w:r>
        <w:br/>
        <w:t>V = 4 · 3.14 · 9 cm³ = 113.04 cm³</w:t>
      </w:r>
    </w:p>
    <w:p w14:paraId="4B819BAF" w14:textId="77777777" w:rsidR="005910E5" w:rsidRDefault="00296C2F">
      <w:pPr>
        <w:spacing w:before="360" w:after="120"/>
      </w:pPr>
      <w:r>
        <w:rPr>
          <w:b/>
          <w:sz w:val="28"/>
        </w:rPr>
        <w:t>6. TALLER DE PROBLEMAS</w:t>
      </w:r>
    </w:p>
    <w:p w14:paraId="463E6363" w14:textId="77777777" w:rsidR="005910E5" w:rsidRDefault="00296C2F">
      <w:pPr>
        <w:spacing w:after="120"/>
      </w:pPr>
      <w:r>
        <w:rPr>
          <w:b/>
        </w:rPr>
        <w:t xml:space="preserve">1. El frasco de mermelada: </w:t>
      </w:r>
      <w:r>
        <w:t>Un frasco de vidrio tiene fo</w:t>
      </w:r>
      <w:r>
        <w:t>rma cilíndrica con un radio de 5 cm y una altura de 12 cm. ¿Cuál es el volumen total del frasco y cuántos mililitros de mermelada puede almacenar?</w:t>
      </w:r>
    </w:p>
    <w:p w14:paraId="6277AC7F" w14:textId="77777777" w:rsidR="005910E5" w:rsidRDefault="00296C2F">
      <w:pPr>
        <w:spacing w:after="120"/>
      </w:pPr>
      <w:r>
        <w:rPr>
          <w:b/>
        </w:rPr>
        <w:t xml:space="preserve">2. El tanque de agua: </w:t>
      </w:r>
      <w:r>
        <w:t>Un depósito de agua con forma cilíndrica mide 56 cm de radio basal y 115 cm de alto. ¿C</w:t>
      </w:r>
      <w:r>
        <w:t>uál es su volumen total en cm³?</w:t>
      </w:r>
    </w:p>
    <w:p w14:paraId="242174AE" w14:textId="77777777" w:rsidR="005910E5" w:rsidRDefault="00296C2F">
      <w:pPr>
        <w:spacing w:after="120"/>
      </w:pPr>
      <w:r>
        <w:rPr>
          <w:b/>
        </w:rPr>
        <w:t xml:space="preserve">3. La esfera decorativa: </w:t>
      </w:r>
      <w:r>
        <w:t>Una esfera de cristal decorativa tiene un radio de 6 cm. Determina el volumen de vidrio que ocupa.</w:t>
      </w:r>
    </w:p>
    <w:p w14:paraId="32860A4F" w14:textId="77777777" w:rsidR="005910E5" w:rsidRDefault="00296C2F">
      <w:pPr>
        <w:spacing w:after="120"/>
      </w:pPr>
      <w:r>
        <w:rPr>
          <w:b/>
        </w:rPr>
        <w:t xml:space="preserve">4. Comparación de recipientes: </w:t>
      </w:r>
      <w:r>
        <w:t>Tienes dos envases para jugo:</w:t>
      </w:r>
      <w:r>
        <w:br/>
        <w:t>- Envase A: Cilindro de radio 3 cm y al</w:t>
      </w:r>
      <w:r>
        <w:t>tura 10 cm.</w:t>
      </w:r>
      <w:r>
        <w:br/>
        <w:t>- Envase B: Cilindro de radio 4 cm y altura 6 cm.</w:t>
      </w:r>
      <w:r>
        <w:br/>
        <w:t>¿Cuál de los dos envases tiene mayor capacidad? Justifica tu respuesta con operaciones matemáticas.</w:t>
      </w:r>
    </w:p>
    <w:sectPr w:rsidR="005910E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96C2F"/>
    <w:rsid w:val="00326F90"/>
    <w:rsid w:val="005910E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04EEC"/>
  <w14:defaultImageDpi w14:val="300"/>
  <w15:docId w15:val="{9F1A81DC-17AA-4B1A-A7FA-6362FE2F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 mas dinda</cp:lastModifiedBy>
  <cp:revision>2</cp:revision>
  <dcterms:created xsi:type="dcterms:W3CDTF">2026-10-26T14:26:00Z</dcterms:created>
  <dcterms:modified xsi:type="dcterms:W3CDTF">2026-10-26T14:26:00Z</dcterms:modified>
  <cp:category/>
</cp:coreProperties>
</file>