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C9E4C" w14:textId="77777777" w:rsidR="00263030" w:rsidRDefault="00263030"/>
    <w:p w14:paraId="7CC1B50E" w14:textId="77777777" w:rsidR="00263030" w:rsidRDefault="00263030"/>
    <w:p w14:paraId="2E4BC60F" w14:textId="77777777" w:rsidR="00263030" w:rsidRDefault="00263030"/>
    <w:p w14:paraId="2BF9FD8D" w14:textId="77777777" w:rsidR="00263030" w:rsidRDefault="00263030"/>
    <w:p w14:paraId="3080C45E" w14:textId="02C364EC" w:rsidR="00263030" w:rsidRPr="00D13D2E" w:rsidRDefault="0051276C">
      <w:pPr>
        <w:jc w:val="center"/>
        <w:rPr>
          <w:lang w:val="es-CO"/>
        </w:rPr>
      </w:pPr>
      <w:r w:rsidRPr="00D13D2E">
        <w:rPr>
          <w:b/>
          <w:lang w:val="es-CO"/>
        </w:rPr>
        <w:t xml:space="preserve">[Título Completo del Proyecto de </w:t>
      </w:r>
      <w:r w:rsidR="00863E01">
        <w:rPr>
          <w:b/>
          <w:lang w:val="es-CO"/>
        </w:rPr>
        <w:t>TESIS DE GRADO</w:t>
      </w:r>
      <w:r w:rsidRPr="00D13D2E">
        <w:rPr>
          <w:b/>
          <w:lang w:val="es-CO"/>
        </w:rPr>
        <w:t>: Subtítulo Opcional]</w:t>
      </w:r>
    </w:p>
    <w:p w14:paraId="56FA2230" w14:textId="77777777" w:rsidR="00263030" w:rsidRPr="00D13D2E" w:rsidRDefault="00263030">
      <w:pPr>
        <w:rPr>
          <w:lang w:val="es-CO"/>
        </w:rPr>
      </w:pPr>
    </w:p>
    <w:p w14:paraId="54FE75AF" w14:textId="77777777" w:rsidR="00263030" w:rsidRPr="00D13D2E" w:rsidRDefault="0051276C">
      <w:pPr>
        <w:jc w:val="center"/>
        <w:rPr>
          <w:lang w:val="es-CO"/>
        </w:rPr>
      </w:pPr>
      <w:r w:rsidRPr="00D13D2E">
        <w:rPr>
          <w:lang w:val="es-CO"/>
        </w:rPr>
        <w:t>[Nombre del Estudiante / Nombres de los Integrantes]</w:t>
      </w:r>
    </w:p>
    <w:p w14:paraId="40F5AA25" w14:textId="77777777" w:rsidR="00263030" w:rsidRPr="00D13D2E" w:rsidRDefault="0051276C">
      <w:pPr>
        <w:jc w:val="center"/>
        <w:rPr>
          <w:lang w:val="es-CO"/>
        </w:rPr>
      </w:pPr>
      <w:r w:rsidRPr="00D13D2E">
        <w:rPr>
          <w:lang w:val="es-CO"/>
        </w:rPr>
        <w:t>Institución Educativa [Nombre de la Institución]</w:t>
      </w:r>
    </w:p>
    <w:p w14:paraId="2B8D12AD" w14:textId="77777777" w:rsidR="00263030" w:rsidRPr="00D13D2E" w:rsidRDefault="0051276C">
      <w:pPr>
        <w:jc w:val="center"/>
        <w:rPr>
          <w:lang w:val="es-CO"/>
        </w:rPr>
      </w:pPr>
      <w:r w:rsidRPr="00D13D2E">
        <w:rPr>
          <w:lang w:val="es-CO"/>
        </w:rPr>
        <w:t>Curso: Grado 11º [Sección/Grupo]</w:t>
      </w:r>
    </w:p>
    <w:p w14:paraId="5E124A64" w14:textId="77777777" w:rsidR="00263030" w:rsidRPr="00D13D2E" w:rsidRDefault="0051276C">
      <w:pPr>
        <w:jc w:val="center"/>
        <w:rPr>
          <w:lang w:val="es-CO"/>
        </w:rPr>
      </w:pPr>
      <w:r w:rsidRPr="00D13D2E">
        <w:rPr>
          <w:lang w:val="es-CO"/>
        </w:rPr>
        <w:t>Docente Asesor: [Nombre del Profesor]</w:t>
      </w:r>
    </w:p>
    <w:p w14:paraId="7EBCCC78" w14:textId="77777777" w:rsidR="00263030" w:rsidRPr="00D13D2E" w:rsidRDefault="0051276C">
      <w:pPr>
        <w:jc w:val="center"/>
        <w:rPr>
          <w:lang w:val="es-CO"/>
        </w:rPr>
      </w:pPr>
      <w:r w:rsidRPr="00D13D2E">
        <w:rPr>
          <w:lang w:val="es-CO"/>
        </w:rPr>
        <w:t>2026</w:t>
      </w:r>
    </w:p>
    <w:p w14:paraId="2BFD183F" w14:textId="77777777" w:rsidR="00263030" w:rsidRPr="00D13D2E" w:rsidRDefault="0051276C">
      <w:pPr>
        <w:rPr>
          <w:lang w:val="es-CO"/>
        </w:rPr>
      </w:pPr>
      <w:r w:rsidRPr="00D13D2E">
        <w:rPr>
          <w:lang w:val="es-CO"/>
        </w:rPr>
        <w:br w:type="page"/>
      </w:r>
    </w:p>
    <w:p w14:paraId="19ECF706" w14:textId="77777777" w:rsidR="0051276C" w:rsidRDefault="0051276C">
      <w:pPr>
        <w:pStyle w:val="APAHeading1"/>
        <w:rPr>
          <w:lang w:val="es-CO"/>
        </w:rPr>
      </w:pPr>
    </w:p>
    <w:p w14:paraId="0A9FF4ED" w14:textId="77777777" w:rsidR="0051276C" w:rsidRDefault="0051276C">
      <w:pPr>
        <w:pStyle w:val="APAHeading1"/>
        <w:rPr>
          <w:lang w:val="es-CO"/>
        </w:rPr>
      </w:pPr>
    </w:p>
    <w:p w14:paraId="1D43B6D2" w14:textId="3565C6CD" w:rsidR="0051276C" w:rsidRDefault="0051276C">
      <w:pPr>
        <w:pStyle w:val="APAHeading1"/>
        <w:rPr>
          <w:lang w:val="es-CO"/>
        </w:rPr>
      </w:pPr>
      <w:r>
        <w:rPr>
          <w:lang w:val="es-CO"/>
        </w:rPr>
        <w:t xml:space="preserve">Biografía </w:t>
      </w:r>
    </w:p>
    <w:p w14:paraId="1C888410" w14:textId="2BB9DE02" w:rsidR="0051276C" w:rsidRPr="0051276C" w:rsidRDefault="0051276C">
      <w:pPr>
        <w:pStyle w:val="APAHeading1"/>
        <w:rPr>
          <w:b w:val="0"/>
          <w:bCs/>
          <w:lang w:val="es-CO"/>
        </w:rPr>
      </w:pPr>
      <w:r w:rsidRPr="0051276C">
        <w:rPr>
          <w:b w:val="0"/>
          <w:bCs/>
          <w:lang w:val="es-CO"/>
        </w:rPr>
        <w:t>Se escribe la biografía del estudiante tanto en español como en inglés</w:t>
      </w:r>
    </w:p>
    <w:p w14:paraId="5C99B7EF" w14:textId="77777777" w:rsidR="0051276C" w:rsidRDefault="0051276C" w:rsidP="0051276C">
      <w:pPr>
        <w:pStyle w:val="APAHeading1"/>
        <w:jc w:val="left"/>
        <w:rPr>
          <w:lang w:val="es-CO"/>
        </w:rPr>
      </w:pPr>
    </w:p>
    <w:p w14:paraId="2797FE15" w14:textId="079AE6ED" w:rsidR="00263030" w:rsidRPr="00D13D2E" w:rsidRDefault="0051276C">
      <w:pPr>
        <w:pStyle w:val="APAHeading1"/>
        <w:rPr>
          <w:lang w:val="es-CO"/>
        </w:rPr>
      </w:pPr>
      <w:r w:rsidRPr="00D13D2E">
        <w:rPr>
          <w:lang w:val="es-CO"/>
        </w:rPr>
        <w:t>Introducción</w:t>
      </w:r>
    </w:p>
    <w:p w14:paraId="0CFB3344" w14:textId="69A491FE" w:rsidR="00263030" w:rsidRDefault="0051276C">
      <w:pPr>
        <w:ind w:firstLine="720"/>
        <w:rPr>
          <w:lang w:val="es-CO"/>
        </w:rPr>
      </w:pPr>
      <w:r w:rsidRPr="00D13D2E">
        <w:rPr>
          <w:lang w:val="es-CO"/>
        </w:rPr>
        <w:t>En esta sección se presenta de forma general el proyecto de labor social realizado. Se debe describir brevemente la comunidad, fundación o institución donde se ejecutaron las horas obligatorias, la problemática identificada (justificación) y e</w:t>
      </w:r>
      <w:r w:rsidRPr="00D13D2E">
        <w:rPr>
          <w:lang w:val="es-CO"/>
        </w:rPr>
        <w:t>l propósito central del trabajo. Recuerde que la primera línea de cada párrafo lleva una sangría de 1.27 cm (media pulgada) y el interlineado es doble.</w:t>
      </w:r>
      <w:r>
        <w:rPr>
          <w:lang w:val="es-CO"/>
        </w:rPr>
        <w:t xml:space="preserve"> Idioma Español - </w:t>
      </w:r>
      <w:proofErr w:type="gramStart"/>
      <w:r>
        <w:rPr>
          <w:lang w:val="es-CO"/>
        </w:rPr>
        <w:t>Inglés</w:t>
      </w:r>
      <w:proofErr w:type="gramEnd"/>
    </w:p>
    <w:p w14:paraId="2585877D" w14:textId="0EAB9A1C" w:rsidR="0051276C" w:rsidRDefault="0051276C">
      <w:pPr>
        <w:ind w:firstLine="720"/>
        <w:rPr>
          <w:lang w:val="es-CO"/>
        </w:rPr>
      </w:pPr>
    </w:p>
    <w:p w14:paraId="6843D386" w14:textId="0D16B418" w:rsidR="0051276C" w:rsidRDefault="0051276C">
      <w:pPr>
        <w:ind w:firstLine="720"/>
        <w:rPr>
          <w:lang w:val="es-CO"/>
        </w:rPr>
      </w:pPr>
    </w:p>
    <w:p w14:paraId="3B07AC39" w14:textId="1E9C77B0" w:rsidR="0051276C" w:rsidRDefault="0051276C">
      <w:pPr>
        <w:ind w:firstLine="720"/>
        <w:rPr>
          <w:lang w:val="es-CO"/>
        </w:rPr>
      </w:pPr>
    </w:p>
    <w:p w14:paraId="73A85D65" w14:textId="1D13F051" w:rsidR="0051276C" w:rsidRDefault="0051276C">
      <w:pPr>
        <w:ind w:firstLine="720"/>
        <w:rPr>
          <w:lang w:val="es-CO"/>
        </w:rPr>
      </w:pPr>
    </w:p>
    <w:p w14:paraId="20F71A63" w14:textId="42BBFBF7" w:rsidR="0051276C" w:rsidRDefault="0051276C">
      <w:pPr>
        <w:ind w:firstLine="720"/>
        <w:rPr>
          <w:lang w:val="es-CO"/>
        </w:rPr>
      </w:pPr>
    </w:p>
    <w:p w14:paraId="40BE0ED1" w14:textId="564B4AD5" w:rsidR="0051276C" w:rsidRDefault="0051276C">
      <w:pPr>
        <w:ind w:firstLine="720"/>
        <w:rPr>
          <w:lang w:val="es-CO"/>
        </w:rPr>
      </w:pPr>
    </w:p>
    <w:p w14:paraId="21829E3B" w14:textId="2AFCF089" w:rsidR="0051276C" w:rsidRDefault="0051276C">
      <w:pPr>
        <w:ind w:firstLine="720"/>
        <w:rPr>
          <w:lang w:val="es-CO"/>
        </w:rPr>
      </w:pPr>
    </w:p>
    <w:p w14:paraId="44A48CF7" w14:textId="77C0A75C" w:rsidR="0051276C" w:rsidRDefault="0051276C">
      <w:pPr>
        <w:ind w:firstLine="720"/>
        <w:rPr>
          <w:lang w:val="es-CO"/>
        </w:rPr>
      </w:pPr>
    </w:p>
    <w:p w14:paraId="34E16723" w14:textId="463E8726" w:rsidR="0051276C" w:rsidRDefault="0051276C">
      <w:pPr>
        <w:ind w:firstLine="720"/>
        <w:rPr>
          <w:lang w:val="es-CO"/>
        </w:rPr>
      </w:pPr>
    </w:p>
    <w:p w14:paraId="67D3AA0C" w14:textId="77777777" w:rsidR="0051276C" w:rsidRPr="00D13D2E" w:rsidRDefault="0051276C">
      <w:pPr>
        <w:ind w:firstLine="720"/>
        <w:rPr>
          <w:lang w:val="es-CO"/>
        </w:rPr>
      </w:pPr>
    </w:p>
    <w:p w14:paraId="1BEA5DB2" w14:textId="77777777" w:rsidR="00263030" w:rsidRPr="00D13D2E" w:rsidRDefault="0051276C">
      <w:pPr>
        <w:pStyle w:val="APAHeading1"/>
        <w:rPr>
          <w:lang w:val="es-CO"/>
        </w:rPr>
      </w:pPr>
      <w:r w:rsidRPr="00D13D2E">
        <w:rPr>
          <w:lang w:val="es-CO"/>
        </w:rPr>
        <w:lastRenderedPageBreak/>
        <w:t>Objetivos</w:t>
      </w:r>
    </w:p>
    <w:p w14:paraId="09192CAA" w14:textId="77777777" w:rsidR="00263030" w:rsidRPr="00D13D2E" w:rsidRDefault="0051276C">
      <w:pPr>
        <w:pStyle w:val="APAHeading2"/>
        <w:rPr>
          <w:lang w:val="es-CO"/>
        </w:rPr>
      </w:pPr>
      <w:r w:rsidRPr="00D13D2E">
        <w:rPr>
          <w:lang w:val="es-CO"/>
        </w:rPr>
        <w:t>Objetivo General</w:t>
      </w:r>
    </w:p>
    <w:p w14:paraId="25D335AC" w14:textId="77777777" w:rsidR="00263030" w:rsidRPr="00D13D2E" w:rsidRDefault="0051276C" w:rsidP="0051276C">
      <w:pPr>
        <w:ind w:firstLine="720"/>
        <w:jc w:val="center"/>
        <w:rPr>
          <w:lang w:val="es-CO"/>
        </w:rPr>
      </w:pPr>
      <w:r w:rsidRPr="00D13D2E">
        <w:rPr>
          <w:lang w:val="es-CO"/>
        </w:rPr>
        <w:t>Determinar, mediante un verbo en infinitivo (ej. Evaluar, Implementar, Desarr</w:t>
      </w:r>
      <w:r w:rsidRPr="00D13D2E">
        <w:rPr>
          <w:lang w:val="es-CO"/>
        </w:rPr>
        <w:t>ollar), el impacto global de la labor social en la comunidad objetivo durante el periodo establecido.</w:t>
      </w:r>
    </w:p>
    <w:p w14:paraId="51CC3E65" w14:textId="77777777" w:rsidR="0051276C" w:rsidRDefault="0051276C" w:rsidP="0051276C">
      <w:pPr>
        <w:pStyle w:val="APAHeading2"/>
        <w:jc w:val="center"/>
        <w:rPr>
          <w:lang w:val="es-CO"/>
        </w:rPr>
      </w:pPr>
    </w:p>
    <w:p w14:paraId="63C1CB74" w14:textId="77777777" w:rsidR="0051276C" w:rsidRDefault="0051276C">
      <w:pPr>
        <w:pStyle w:val="APAHeading2"/>
        <w:rPr>
          <w:lang w:val="es-CO"/>
        </w:rPr>
      </w:pPr>
    </w:p>
    <w:p w14:paraId="32BEDF00" w14:textId="23829604" w:rsidR="00263030" w:rsidRPr="00D13D2E" w:rsidRDefault="0051276C">
      <w:pPr>
        <w:pStyle w:val="APAHeading2"/>
        <w:rPr>
          <w:lang w:val="es-CO"/>
        </w:rPr>
      </w:pPr>
      <w:r w:rsidRPr="00D13D2E">
        <w:rPr>
          <w:lang w:val="es-CO"/>
        </w:rPr>
        <w:t>Objetivos Específicos</w:t>
      </w:r>
    </w:p>
    <w:p w14:paraId="5F7DE2D5" w14:textId="77777777" w:rsidR="00263030" w:rsidRPr="00D13D2E" w:rsidRDefault="0051276C">
      <w:pPr>
        <w:ind w:firstLine="360"/>
        <w:rPr>
          <w:lang w:val="es-CO"/>
        </w:rPr>
      </w:pPr>
      <w:r w:rsidRPr="00D13D2E">
        <w:rPr>
          <w:lang w:val="es-CO"/>
        </w:rPr>
        <w:t>• Describir las necesidades inmediatas de la población atendida.</w:t>
      </w:r>
    </w:p>
    <w:p w14:paraId="7B73EB6E" w14:textId="77777777" w:rsidR="00263030" w:rsidRPr="00D13D2E" w:rsidRDefault="0051276C">
      <w:pPr>
        <w:ind w:firstLine="360"/>
        <w:rPr>
          <w:lang w:val="es-CO"/>
        </w:rPr>
      </w:pPr>
      <w:r w:rsidRPr="00D13D2E">
        <w:rPr>
          <w:lang w:val="es-CO"/>
        </w:rPr>
        <w:t>• Ejecutar las actividades lúdicas/formativas programadas en el cro</w:t>
      </w:r>
      <w:r w:rsidRPr="00D13D2E">
        <w:rPr>
          <w:lang w:val="es-CO"/>
        </w:rPr>
        <w:t>nograma institucional.</w:t>
      </w:r>
    </w:p>
    <w:p w14:paraId="32D6BB9D" w14:textId="7B14F716" w:rsidR="0051276C" w:rsidRDefault="0051276C" w:rsidP="0051276C">
      <w:pPr>
        <w:ind w:firstLine="360"/>
        <w:rPr>
          <w:lang w:val="es-CO"/>
        </w:rPr>
      </w:pPr>
      <w:r w:rsidRPr="00D13D2E">
        <w:rPr>
          <w:lang w:val="es-CO"/>
        </w:rPr>
        <w:t>• Sistematizar los resultados obtenidos a través de bitácoras y diarios de campo.</w:t>
      </w:r>
    </w:p>
    <w:p w14:paraId="29389419" w14:textId="4AE0F2FD" w:rsidR="00263030" w:rsidRPr="00D13D2E" w:rsidRDefault="0051276C">
      <w:pPr>
        <w:pStyle w:val="APAHeading1"/>
        <w:rPr>
          <w:lang w:val="es-CO"/>
        </w:rPr>
      </w:pPr>
      <w:r w:rsidRPr="00D13D2E">
        <w:rPr>
          <w:lang w:val="es-CO"/>
        </w:rPr>
        <w:t>M</w:t>
      </w:r>
      <w:r w:rsidRPr="00D13D2E">
        <w:rPr>
          <w:lang w:val="es-CO"/>
        </w:rPr>
        <w:t>arco Teórico</w:t>
      </w:r>
    </w:p>
    <w:p w14:paraId="7A96489D" w14:textId="77777777" w:rsidR="00263030" w:rsidRPr="00D13D2E" w:rsidRDefault="0051276C" w:rsidP="002920E7">
      <w:pPr>
        <w:ind w:firstLine="720"/>
        <w:jc w:val="center"/>
        <w:rPr>
          <w:lang w:val="es-CO"/>
        </w:rPr>
      </w:pPr>
      <w:r w:rsidRPr="00D13D2E">
        <w:rPr>
          <w:lang w:val="es-CO"/>
        </w:rPr>
        <w:t xml:space="preserve">Aquí se desarrollan los conceptos clave que fundamentan el proyecto. Por ejemplo, si la labor social fue sobre refuerzo escolar, se debe </w:t>
      </w:r>
      <w:r w:rsidRPr="00D13D2E">
        <w:rPr>
          <w:lang w:val="es-CO"/>
        </w:rPr>
        <w:t>fundamentar qué es el apoyo pedagógico o la deserción escolar. Todo argumento de un autor externo debe ser citado bajo Normas APA 7.</w:t>
      </w:r>
    </w:p>
    <w:p w14:paraId="726C9E73" w14:textId="77777777" w:rsidR="00263030" w:rsidRPr="00D13D2E" w:rsidRDefault="0051276C" w:rsidP="002920E7">
      <w:pPr>
        <w:ind w:firstLine="720"/>
        <w:jc w:val="center"/>
        <w:rPr>
          <w:lang w:val="es-CO"/>
        </w:rPr>
      </w:pPr>
      <w:r w:rsidRPr="00D13D2E">
        <w:rPr>
          <w:i/>
          <w:lang w:val="es-CO"/>
        </w:rPr>
        <w:t xml:space="preserve">Ejemplo de cita narrativa: </w:t>
      </w:r>
      <w:r w:rsidRPr="00D13D2E">
        <w:rPr>
          <w:lang w:val="es-CO"/>
        </w:rPr>
        <w:t>Según el Ministerio de Educación Nacional (2020), el acompañamiento comunitario fortalece las co</w:t>
      </w:r>
      <w:r w:rsidRPr="00D13D2E">
        <w:rPr>
          <w:lang w:val="es-CO"/>
        </w:rPr>
        <w:t>mpetencias socioemocionales de los jóvenes.</w:t>
      </w:r>
    </w:p>
    <w:p w14:paraId="4C07A5E0" w14:textId="55FFB40A" w:rsidR="00263030" w:rsidRPr="00D13D2E" w:rsidRDefault="0051276C">
      <w:pPr>
        <w:ind w:firstLine="720"/>
        <w:rPr>
          <w:lang w:val="es-CO"/>
        </w:rPr>
      </w:pPr>
      <w:r w:rsidRPr="00D13D2E">
        <w:rPr>
          <w:i/>
          <w:lang w:val="es-CO"/>
        </w:rPr>
        <w:t xml:space="preserve">Ejemplo de cita parentética: </w:t>
      </w:r>
      <w:r w:rsidRPr="00D13D2E">
        <w:rPr>
          <w:lang w:val="es-CO"/>
        </w:rPr>
        <w:t>La educación popular busca descentralizar el conocimiento formal de las aulas tradicionales (Freire, 1970).</w:t>
      </w:r>
    </w:p>
    <w:p w14:paraId="4DAACFE7" w14:textId="6E57EDF1" w:rsidR="00D13D2E" w:rsidRDefault="00D13D2E">
      <w:pPr>
        <w:ind w:firstLine="720"/>
        <w:rPr>
          <w:lang w:val="es-CO"/>
        </w:rPr>
      </w:pPr>
    </w:p>
    <w:p w14:paraId="3E502692" w14:textId="23E477CC" w:rsidR="0051276C" w:rsidRDefault="0051276C">
      <w:pPr>
        <w:ind w:firstLine="720"/>
        <w:rPr>
          <w:lang w:val="es-CO"/>
        </w:rPr>
      </w:pPr>
    </w:p>
    <w:p w14:paraId="0ED48EE6" w14:textId="77777777" w:rsidR="0051276C" w:rsidRPr="00D13D2E" w:rsidRDefault="0051276C">
      <w:pPr>
        <w:ind w:firstLine="720"/>
        <w:rPr>
          <w:lang w:val="es-CO"/>
        </w:rPr>
      </w:pPr>
    </w:p>
    <w:p w14:paraId="10B666FC" w14:textId="6116E62E" w:rsidR="00D13D2E" w:rsidRDefault="00D13D2E" w:rsidP="00D13D2E">
      <w:pPr>
        <w:ind w:firstLine="720"/>
        <w:jc w:val="center"/>
        <w:rPr>
          <w:b/>
          <w:bCs/>
          <w:lang w:val="es-CO"/>
        </w:rPr>
      </w:pPr>
      <w:r w:rsidRPr="00D13D2E">
        <w:rPr>
          <w:b/>
          <w:bCs/>
          <w:lang w:val="es-CO"/>
        </w:rPr>
        <w:lastRenderedPageBreak/>
        <w:t>Marco legal</w:t>
      </w:r>
    </w:p>
    <w:p w14:paraId="46894E6C" w14:textId="504754CB" w:rsidR="00D13D2E" w:rsidRDefault="00D13D2E" w:rsidP="00D13D2E">
      <w:pPr>
        <w:ind w:firstLine="720"/>
        <w:jc w:val="center"/>
        <w:rPr>
          <w:lang w:val="es-CO"/>
        </w:rPr>
      </w:pPr>
      <w:r w:rsidRPr="00B96EEF">
        <w:rPr>
          <w:rFonts w:cs="Times New Roman"/>
          <w:lang w:val="es-CO"/>
        </w:rPr>
        <w:t xml:space="preserve">Un </w:t>
      </w:r>
      <w:r w:rsidRPr="00B96EEF">
        <w:rPr>
          <w:rStyle w:val="Textoennegrita"/>
          <w:rFonts w:cs="Times New Roman"/>
          <w:lang w:val="es-CO"/>
        </w:rPr>
        <w:t>marco legal</w:t>
      </w:r>
      <w:r w:rsidRPr="00B96EEF">
        <w:rPr>
          <w:rFonts w:cs="Times New Roman"/>
          <w:lang w:val="es-CO"/>
        </w:rPr>
        <w:t xml:space="preserve"> es el conjunto de leyes, normas, decretos y reglas que regulan una</w:t>
      </w:r>
      <w:r w:rsidRPr="00D13D2E">
        <w:rPr>
          <w:lang w:val="es-CO"/>
        </w:rPr>
        <w:t xml:space="preserve"> actividad específica en un país.</w:t>
      </w:r>
    </w:p>
    <w:p w14:paraId="7745896A" w14:textId="77777777" w:rsidR="00D13D2E" w:rsidRPr="00D13D2E" w:rsidRDefault="00D13D2E" w:rsidP="0051276C">
      <w:pPr>
        <w:rPr>
          <w:rFonts w:eastAsia="Times New Roman" w:cs="Times New Roman"/>
          <w:szCs w:val="24"/>
          <w:lang w:val="es-CO" w:eastAsia="es-CO"/>
        </w:rPr>
      </w:pPr>
      <w:proofErr w:type="gramStart"/>
      <w:r w:rsidRPr="00D13D2E">
        <w:rPr>
          <w:rFonts w:eastAsia="Times New Roman" w:cs="Times New Roman"/>
          <w:szCs w:val="24"/>
          <w:lang w:val="es-CO" w:eastAsia="es-CO"/>
        </w:rPr>
        <w:t xml:space="preserve">  </w:t>
      </w:r>
      <w:r w:rsidRPr="00D13D2E">
        <w:rPr>
          <w:rFonts w:eastAsia="Times New Roman" w:cs="Times New Roman"/>
          <w:b/>
          <w:bCs/>
          <w:szCs w:val="24"/>
          <w:lang w:val="es-CO" w:eastAsia="es-CO"/>
        </w:rPr>
        <w:t>Obligación</w:t>
      </w:r>
      <w:proofErr w:type="gramEnd"/>
      <w:r w:rsidRPr="00D13D2E">
        <w:rPr>
          <w:rFonts w:eastAsia="Times New Roman" w:cs="Times New Roman"/>
          <w:b/>
          <w:bCs/>
          <w:szCs w:val="24"/>
          <w:lang w:val="es-CO" w:eastAsia="es-CO"/>
        </w:rPr>
        <w:t>:</w:t>
      </w:r>
      <w:r w:rsidRPr="00D13D2E">
        <w:rPr>
          <w:rFonts w:eastAsia="Times New Roman" w:cs="Times New Roman"/>
          <w:szCs w:val="24"/>
          <w:lang w:val="es-CO" w:eastAsia="es-CO"/>
        </w:rPr>
        <w:t xml:space="preserve"> Es un requisito indispensable para graduarse de undécimo grado.</w:t>
      </w:r>
    </w:p>
    <w:p w14:paraId="41B5A10B" w14:textId="3E94896C" w:rsidR="00D13D2E" w:rsidRPr="00D13D2E" w:rsidRDefault="00D13D2E" w:rsidP="0051276C">
      <w:pPr>
        <w:rPr>
          <w:rFonts w:eastAsia="Times New Roman" w:cs="Times New Roman"/>
          <w:szCs w:val="24"/>
          <w:lang w:val="es-CO" w:eastAsia="es-CO"/>
        </w:rPr>
      </w:pPr>
      <w:proofErr w:type="gramStart"/>
      <w:r w:rsidRPr="00D13D2E">
        <w:rPr>
          <w:rFonts w:eastAsia="Times New Roman" w:cs="Times New Roman"/>
          <w:szCs w:val="24"/>
          <w:lang w:val="es-CO" w:eastAsia="es-CO"/>
        </w:rPr>
        <w:t xml:space="preserve">  </w:t>
      </w:r>
      <w:r w:rsidRPr="00D13D2E">
        <w:rPr>
          <w:rFonts w:eastAsia="Times New Roman" w:cs="Times New Roman"/>
          <w:b/>
          <w:bCs/>
          <w:szCs w:val="24"/>
          <w:lang w:val="es-CO" w:eastAsia="es-CO"/>
        </w:rPr>
        <w:t>Enfoque</w:t>
      </w:r>
      <w:proofErr w:type="gramEnd"/>
      <w:r w:rsidRPr="00D13D2E">
        <w:rPr>
          <w:rFonts w:eastAsia="Times New Roman" w:cs="Times New Roman"/>
          <w:b/>
          <w:bCs/>
          <w:szCs w:val="24"/>
          <w:lang w:val="es-CO" w:eastAsia="es-CO"/>
        </w:rPr>
        <w:t>:</w:t>
      </w:r>
      <w:r w:rsidRPr="00D13D2E">
        <w:rPr>
          <w:rFonts w:eastAsia="Times New Roman" w:cs="Times New Roman"/>
          <w:szCs w:val="24"/>
          <w:lang w:val="es-CO" w:eastAsia="es-CO"/>
        </w:rPr>
        <w:t xml:space="preserve"> Busca que el estudiante ayude a su comunidad en áreas como medio ambiente, cultura o apoyo escolar</w:t>
      </w:r>
      <w:r>
        <w:rPr>
          <w:rFonts w:eastAsia="Times New Roman" w:cs="Times New Roman"/>
          <w:szCs w:val="24"/>
          <w:lang w:val="es-CO" w:eastAsia="es-CO"/>
        </w:rPr>
        <w:t>, ayuda comunitari</w:t>
      </w:r>
      <w:r w:rsidR="00B96EEF">
        <w:rPr>
          <w:rFonts w:eastAsia="Times New Roman" w:cs="Times New Roman"/>
          <w:szCs w:val="24"/>
          <w:lang w:val="es-CO" w:eastAsia="es-CO"/>
        </w:rPr>
        <w:t>a, sensibilización.</w:t>
      </w:r>
    </w:p>
    <w:p w14:paraId="6FEFEE72" w14:textId="7CED5CAA" w:rsidR="00D13D2E" w:rsidRPr="00D13D2E" w:rsidRDefault="00D13D2E" w:rsidP="0051276C">
      <w:pPr>
        <w:rPr>
          <w:rFonts w:eastAsia="Times New Roman" w:cs="Times New Roman"/>
          <w:szCs w:val="24"/>
          <w:lang w:val="es-CO" w:eastAsia="es-CO"/>
        </w:rPr>
      </w:pPr>
      <w:proofErr w:type="gramStart"/>
      <w:r w:rsidRPr="00D13D2E">
        <w:rPr>
          <w:rFonts w:eastAsia="Times New Roman" w:cs="Times New Roman"/>
          <w:szCs w:val="24"/>
          <w:lang w:val="es-CO" w:eastAsia="es-CO"/>
        </w:rPr>
        <w:t xml:space="preserve">  </w:t>
      </w:r>
      <w:r w:rsidRPr="00D13D2E">
        <w:rPr>
          <w:rFonts w:eastAsia="Times New Roman" w:cs="Times New Roman"/>
          <w:b/>
          <w:bCs/>
          <w:szCs w:val="24"/>
          <w:lang w:val="es-CO" w:eastAsia="es-CO"/>
        </w:rPr>
        <w:t>Intensidad</w:t>
      </w:r>
      <w:proofErr w:type="gramEnd"/>
      <w:r w:rsidRPr="00D13D2E">
        <w:rPr>
          <w:rFonts w:eastAsia="Times New Roman" w:cs="Times New Roman"/>
          <w:b/>
          <w:bCs/>
          <w:szCs w:val="24"/>
          <w:lang w:val="es-CO" w:eastAsia="es-CO"/>
        </w:rPr>
        <w:t>:</w:t>
      </w:r>
      <w:r w:rsidRPr="00D13D2E">
        <w:rPr>
          <w:rFonts w:eastAsia="Times New Roman" w:cs="Times New Roman"/>
          <w:szCs w:val="24"/>
          <w:lang w:val="es-CO" w:eastAsia="es-CO"/>
        </w:rPr>
        <w:t xml:space="preserve"> </w:t>
      </w:r>
      <w:r w:rsidR="00B96EEF">
        <w:rPr>
          <w:rFonts w:eastAsia="Times New Roman" w:cs="Times New Roman"/>
          <w:szCs w:val="24"/>
          <w:lang w:val="es-CO" w:eastAsia="es-CO"/>
        </w:rPr>
        <w:t>tiempo dedicado por el estudiante</w:t>
      </w:r>
    </w:p>
    <w:p w14:paraId="5B8CBDAC" w14:textId="77777777" w:rsidR="00D13D2E" w:rsidRPr="00D13D2E" w:rsidRDefault="00D13D2E" w:rsidP="0051276C">
      <w:pPr>
        <w:ind w:firstLine="720"/>
        <w:jc w:val="center"/>
        <w:rPr>
          <w:b/>
          <w:bCs/>
          <w:lang w:val="es-CO"/>
        </w:rPr>
      </w:pPr>
    </w:p>
    <w:p w14:paraId="4D4D7CFA" w14:textId="77777777" w:rsidR="0051276C" w:rsidRDefault="0051276C">
      <w:pPr>
        <w:pStyle w:val="APAHeading1"/>
        <w:rPr>
          <w:lang w:val="es-CO"/>
        </w:rPr>
      </w:pPr>
    </w:p>
    <w:p w14:paraId="376C7CB1" w14:textId="77777777" w:rsidR="0051276C" w:rsidRDefault="0051276C" w:rsidP="0051276C">
      <w:pPr>
        <w:pStyle w:val="APAHeading1"/>
        <w:jc w:val="left"/>
        <w:rPr>
          <w:lang w:val="es-CO"/>
        </w:rPr>
      </w:pPr>
    </w:p>
    <w:p w14:paraId="5C736534" w14:textId="78E2FF63" w:rsidR="00263030" w:rsidRPr="00D13D2E" w:rsidRDefault="0051276C">
      <w:pPr>
        <w:pStyle w:val="APAHeading1"/>
        <w:rPr>
          <w:lang w:val="es-CO"/>
        </w:rPr>
      </w:pPr>
      <w:r w:rsidRPr="00D13D2E">
        <w:rPr>
          <w:lang w:val="es-CO"/>
        </w:rPr>
        <w:t>Metodología (Parte Experimental)</w:t>
      </w:r>
    </w:p>
    <w:p w14:paraId="51FE6C22" w14:textId="77777777" w:rsidR="00263030" w:rsidRPr="00D13D2E" w:rsidRDefault="0051276C">
      <w:pPr>
        <w:ind w:firstLine="720"/>
        <w:rPr>
          <w:lang w:val="es-CO"/>
        </w:rPr>
      </w:pPr>
      <w:r w:rsidRPr="00D13D2E">
        <w:rPr>
          <w:lang w:val="es-CO"/>
        </w:rPr>
        <w:t xml:space="preserve">En este apartado el estudiante explica de </w:t>
      </w:r>
      <w:r w:rsidRPr="00D13D2E">
        <w:rPr>
          <w:lang w:val="es-CO"/>
        </w:rPr>
        <w:t>forma práctica e instruccional el componente procedimental de la labor. Equivale a la parte experimental de un laboratorio de ciencias.</w:t>
      </w:r>
    </w:p>
    <w:p w14:paraId="288731F0" w14:textId="77777777" w:rsidR="00263030" w:rsidRPr="00D13D2E" w:rsidRDefault="0051276C">
      <w:pPr>
        <w:pStyle w:val="APAHeading2"/>
        <w:rPr>
          <w:lang w:val="es-CO"/>
        </w:rPr>
      </w:pPr>
      <w:r w:rsidRPr="00D13D2E">
        <w:rPr>
          <w:lang w:val="es-CO"/>
        </w:rPr>
        <w:t>Población y Beneficiarios</w:t>
      </w:r>
    </w:p>
    <w:p w14:paraId="65939901" w14:textId="77777777" w:rsidR="00263030" w:rsidRPr="00D13D2E" w:rsidRDefault="0051276C">
      <w:pPr>
        <w:ind w:firstLine="720"/>
        <w:rPr>
          <w:lang w:val="es-CO"/>
        </w:rPr>
      </w:pPr>
      <w:r w:rsidRPr="00D13D2E">
        <w:rPr>
          <w:lang w:val="es-CO"/>
        </w:rPr>
        <w:t xml:space="preserve">Detallar el número de personas, edades, género y características de la población </w:t>
      </w:r>
      <w:r w:rsidRPr="00D13D2E">
        <w:rPr>
          <w:lang w:val="es-CO"/>
        </w:rPr>
        <w:t>beneficiada directamente con las horas de servicio.</w:t>
      </w:r>
    </w:p>
    <w:p w14:paraId="6A61ACE1" w14:textId="77777777" w:rsidR="00263030" w:rsidRPr="00D13D2E" w:rsidRDefault="0051276C">
      <w:pPr>
        <w:pStyle w:val="APAHeading2"/>
        <w:rPr>
          <w:lang w:val="es-CO"/>
        </w:rPr>
      </w:pPr>
      <w:r w:rsidRPr="00D13D2E">
        <w:rPr>
          <w:lang w:val="es-CO"/>
        </w:rPr>
        <w:t>Técnicas de Recolección (Instrumentos)</w:t>
      </w:r>
    </w:p>
    <w:p w14:paraId="403214B2" w14:textId="77777777" w:rsidR="00263030" w:rsidRPr="00D13D2E" w:rsidRDefault="0051276C">
      <w:pPr>
        <w:ind w:firstLine="720"/>
        <w:rPr>
          <w:lang w:val="es-CO"/>
        </w:rPr>
      </w:pPr>
      <w:r w:rsidRPr="00D13D2E">
        <w:rPr>
          <w:lang w:val="es-CO"/>
        </w:rPr>
        <w:t>Explicar qué herramientas usó el estudiante para recolectar información de su experiencia: el diario de campo, bitácoras semanales firmadas por el supervisor, listas</w:t>
      </w:r>
      <w:r w:rsidRPr="00D13D2E">
        <w:rPr>
          <w:lang w:val="es-CO"/>
        </w:rPr>
        <w:t xml:space="preserve"> de asistencia de los talleres o encuestas de satisfacción.</w:t>
      </w:r>
    </w:p>
    <w:p w14:paraId="5C50CC26" w14:textId="77777777" w:rsidR="00263030" w:rsidRPr="00D13D2E" w:rsidRDefault="0051276C">
      <w:pPr>
        <w:pStyle w:val="APAHeading2"/>
        <w:rPr>
          <w:lang w:val="es-CO"/>
        </w:rPr>
      </w:pPr>
      <w:r w:rsidRPr="00D13D2E">
        <w:rPr>
          <w:lang w:val="es-CO"/>
        </w:rPr>
        <w:lastRenderedPageBreak/>
        <w:t>Fases de la Experiencia</w:t>
      </w:r>
    </w:p>
    <w:p w14:paraId="22B4C5B1" w14:textId="77777777" w:rsidR="00263030" w:rsidRPr="00D13D2E" w:rsidRDefault="0051276C">
      <w:pPr>
        <w:ind w:firstLine="720"/>
        <w:rPr>
          <w:lang w:val="es-CO"/>
        </w:rPr>
      </w:pPr>
      <w:r w:rsidRPr="00D13D2E">
        <w:rPr>
          <w:lang w:val="es-CO"/>
        </w:rPr>
        <w:t>Narrar cronológicamente paso a paso cómo se planeó, organizó y ejecutó el servicio comunitario.</w:t>
      </w:r>
    </w:p>
    <w:p w14:paraId="0C10E2C2" w14:textId="3E657E60" w:rsidR="00263030" w:rsidRPr="00D13D2E" w:rsidRDefault="0051276C">
      <w:pPr>
        <w:pStyle w:val="APAHeading1"/>
        <w:rPr>
          <w:lang w:val="es-CO"/>
        </w:rPr>
      </w:pPr>
      <w:r w:rsidRPr="00D13D2E">
        <w:rPr>
          <w:lang w:val="es-CO"/>
        </w:rPr>
        <w:t>Resultados y</w:t>
      </w:r>
      <w:r w:rsidR="00B96EEF">
        <w:rPr>
          <w:lang w:val="es-CO"/>
        </w:rPr>
        <w:t xml:space="preserve"> Evidencias</w:t>
      </w:r>
    </w:p>
    <w:p w14:paraId="7ED7DC94" w14:textId="18247A48" w:rsidR="00263030" w:rsidRPr="00D13D2E" w:rsidRDefault="0051276C">
      <w:pPr>
        <w:ind w:firstLine="720"/>
        <w:rPr>
          <w:lang w:val="es-CO"/>
        </w:rPr>
      </w:pPr>
      <w:r w:rsidRPr="00D13D2E">
        <w:rPr>
          <w:lang w:val="es-CO"/>
        </w:rPr>
        <w:t>Se exponen los logros tangibles del proyecto. S</w:t>
      </w:r>
      <w:r w:rsidRPr="00D13D2E">
        <w:rPr>
          <w:lang w:val="es-CO"/>
        </w:rPr>
        <w:t>e pueden incluir datos numéricos (ej. total de horas trabajadas, número de talleres dictados, cantidad de donaciones recolectadas). Las entrevistas y testimonios recolectados en el sitio se consideran comunicaciones personales y se redactan de la siguiente</w:t>
      </w:r>
      <w:r w:rsidRPr="00D13D2E">
        <w:rPr>
          <w:lang w:val="es-CO"/>
        </w:rPr>
        <w:t xml:space="preserve"> forma dentro del texto: El coordinador de la fundación afirmó que las actividades transformaron el ambiente del aula (C. Gómez, comunicación personal, 12 de marzo, 2026).</w:t>
      </w:r>
      <w:r w:rsidR="00B96EEF">
        <w:rPr>
          <w:lang w:val="es-CO"/>
        </w:rPr>
        <w:t xml:space="preserve"> Se incluyen fotos y videos</w:t>
      </w:r>
    </w:p>
    <w:p w14:paraId="3A360B22" w14:textId="77777777" w:rsidR="00263030" w:rsidRPr="00D13D2E" w:rsidRDefault="0051276C">
      <w:pPr>
        <w:pStyle w:val="APAHeading1"/>
        <w:rPr>
          <w:lang w:val="es-CO"/>
        </w:rPr>
      </w:pPr>
      <w:r w:rsidRPr="00D13D2E">
        <w:rPr>
          <w:lang w:val="es-CO"/>
        </w:rPr>
        <w:t>Discusión y Conclusiones</w:t>
      </w:r>
    </w:p>
    <w:p w14:paraId="4655EA72" w14:textId="77777777" w:rsidR="00263030" w:rsidRPr="00D13D2E" w:rsidRDefault="0051276C">
      <w:pPr>
        <w:ind w:firstLine="720"/>
        <w:rPr>
          <w:lang w:val="es-CO"/>
        </w:rPr>
      </w:pPr>
      <w:r w:rsidRPr="00D13D2E">
        <w:rPr>
          <w:lang w:val="es-CO"/>
        </w:rPr>
        <w:t>Es la reflexión crítica final del estudiante del grado 11º.</w:t>
      </w:r>
      <w:r w:rsidRPr="00D13D2E">
        <w:rPr>
          <w:lang w:val="es-CO"/>
        </w:rPr>
        <w:t xml:space="preserve"> Se responden preguntas clave de aprendizaje individual: ¿Qué impacto tuvo el proyecto en mi formación como ciudadano? ¿Cuáles fueron los principales retos logísticos o sociales? ¿Qué se puede mejorar para los próximos años?</w:t>
      </w:r>
    </w:p>
    <w:p w14:paraId="0E8D4812" w14:textId="77777777" w:rsidR="0051276C" w:rsidRPr="00D13D2E" w:rsidRDefault="0051276C" w:rsidP="0051276C">
      <w:pPr>
        <w:pStyle w:val="APAHeading1"/>
        <w:rPr>
          <w:lang w:val="es-CO"/>
        </w:rPr>
      </w:pPr>
      <w:r w:rsidRPr="00D13D2E">
        <w:rPr>
          <w:lang w:val="es-CO"/>
        </w:rPr>
        <w:t>Referencias</w:t>
      </w:r>
    </w:p>
    <w:p w14:paraId="5D129BBA" w14:textId="77777777" w:rsidR="0051276C" w:rsidRPr="00D13D2E" w:rsidRDefault="0051276C" w:rsidP="0051276C">
      <w:pPr>
        <w:rPr>
          <w:lang w:val="es-CO"/>
        </w:rPr>
      </w:pPr>
      <w:r w:rsidRPr="00D13D2E">
        <w:rPr>
          <w:i/>
          <w:lang w:val="es-CO"/>
        </w:rPr>
        <w:t>[Nota didáctica para el estudiante: Organizar alfabéticamente por apellido. Aplicar sangría francesa de 1.27 cm]</w:t>
      </w:r>
    </w:p>
    <w:p w14:paraId="2DED0976" w14:textId="77777777" w:rsidR="0051276C" w:rsidRPr="00D13D2E" w:rsidRDefault="0051276C" w:rsidP="0051276C">
      <w:pPr>
        <w:ind w:left="720" w:hanging="720"/>
        <w:rPr>
          <w:lang w:val="es-CO"/>
        </w:rPr>
      </w:pPr>
      <w:r w:rsidRPr="00D13D2E">
        <w:rPr>
          <w:lang w:val="es-CO"/>
        </w:rPr>
        <w:t>Freire, P. (1970). Pedagogía del oprimido. Siglo XXI Editores.</w:t>
      </w:r>
    </w:p>
    <w:p w14:paraId="7990B401" w14:textId="77777777" w:rsidR="0051276C" w:rsidRDefault="0051276C" w:rsidP="0051276C">
      <w:pPr>
        <w:ind w:left="720" w:hanging="720"/>
      </w:pPr>
      <w:r w:rsidRPr="00D13D2E">
        <w:rPr>
          <w:lang w:val="es-CO"/>
        </w:rPr>
        <w:t xml:space="preserve">Ministerio de Educación Nacional. (2020). Lineamientos pedagógicos para el servicio social estudiantil obligatorio. </w:t>
      </w:r>
      <w:r>
        <w:t>Bogotá, Colombia: MEN.</w:t>
      </w:r>
    </w:p>
    <w:p w14:paraId="33E26018" w14:textId="3F5676C9" w:rsidR="0051276C" w:rsidRDefault="0051276C" w:rsidP="0051276C">
      <w:pPr>
        <w:jc w:val="center"/>
        <w:rPr>
          <w:lang w:val="es-CO"/>
        </w:rPr>
      </w:pPr>
    </w:p>
    <w:p w14:paraId="7317D090" w14:textId="2DA31459" w:rsidR="0051276C" w:rsidRDefault="0051276C" w:rsidP="0051276C">
      <w:pPr>
        <w:jc w:val="center"/>
        <w:rPr>
          <w:lang w:val="es-CO"/>
        </w:rPr>
      </w:pPr>
      <w:r>
        <w:rPr>
          <w:lang w:val="es-CO"/>
        </w:rPr>
        <w:t>AGRADECIMIENTOS</w:t>
      </w:r>
    </w:p>
    <w:p w14:paraId="64506CD4" w14:textId="7C6BDA54" w:rsidR="0051276C" w:rsidRDefault="0051276C" w:rsidP="0051276C">
      <w:pPr>
        <w:jc w:val="center"/>
        <w:rPr>
          <w:lang w:val="es-CO"/>
        </w:rPr>
      </w:pPr>
    </w:p>
    <w:p w14:paraId="50A3B623" w14:textId="06D0602B" w:rsidR="0051276C" w:rsidRDefault="0051276C" w:rsidP="0051276C">
      <w:pPr>
        <w:jc w:val="center"/>
        <w:rPr>
          <w:lang w:val="es-CO"/>
        </w:rPr>
      </w:pPr>
      <w:r>
        <w:rPr>
          <w:lang w:val="es-CO"/>
        </w:rPr>
        <w:t xml:space="preserve">Personas que hayan impactado tanto en su vida con en la experiencia comunitaria que realizó </w:t>
      </w:r>
    </w:p>
    <w:p w14:paraId="6910021C" w14:textId="694C6C44" w:rsidR="00263030" w:rsidRPr="00D13D2E" w:rsidRDefault="0051276C">
      <w:pPr>
        <w:rPr>
          <w:lang w:val="es-CO"/>
        </w:rPr>
      </w:pPr>
      <w:r w:rsidRPr="0051276C">
        <w:rPr>
          <w:lang w:val="es-CO"/>
        </w:rPr>
        <w:br w:type="page"/>
      </w:r>
    </w:p>
    <w:sectPr w:rsidR="00263030" w:rsidRPr="00D13D2E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7119819">
    <w:abstractNumId w:val="8"/>
  </w:num>
  <w:num w:numId="2" w16cid:durableId="297272212">
    <w:abstractNumId w:val="6"/>
  </w:num>
  <w:num w:numId="3" w16cid:durableId="2140099761">
    <w:abstractNumId w:val="5"/>
  </w:num>
  <w:num w:numId="4" w16cid:durableId="1397704494">
    <w:abstractNumId w:val="4"/>
  </w:num>
  <w:num w:numId="5" w16cid:durableId="415254049">
    <w:abstractNumId w:val="7"/>
  </w:num>
  <w:num w:numId="6" w16cid:durableId="2089962394">
    <w:abstractNumId w:val="3"/>
  </w:num>
  <w:num w:numId="7" w16cid:durableId="262303156">
    <w:abstractNumId w:val="2"/>
  </w:num>
  <w:num w:numId="8" w16cid:durableId="928275313">
    <w:abstractNumId w:val="1"/>
  </w:num>
  <w:num w:numId="9" w16cid:durableId="984430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3030"/>
    <w:rsid w:val="002920E7"/>
    <w:rsid w:val="0029639D"/>
    <w:rsid w:val="00326F90"/>
    <w:rsid w:val="0051276C"/>
    <w:rsid w:val="006D2D03"/>
    <w:rsid w:val="00863E01"/>
    <w:rsid w:val="00AA1D8D"/>
    <w:rsid w:val="00B47730"/>
    <w:rsid w:val="00B96EEF"/>
    <w:rsid w:val="00CB0664"/>
    <w:rsid w:val="00D13D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723AE61F-6AA4-47F4-AD71-9CD87C1F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480" w:lineRule="auto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PAHeading1">
    <w:name w:val="APA_Heading1"/>
    <w:basedOn w:val="Normal"/>
    <w:pPr>
      <w:spacing w:before="240" w:after="120"/>
      <w:jc w:val="center"/>
    </w:pPr>
    <w:rPr>
      <w:b/>
    </w:rPr>
  </w:style>
  <w:style w:type="paragraph" w:customStyle="1" w:styleId="APAHeading2">
    <w:name w:val="APA_Heading2"/>
    <w:basedOn w:val="Normal"/>
    <w:pPr>
      <w:spacing w:before="240" w:after="120"/>
    </w:pPr>
    <w:rPr>
      <w:b/>
    </w:rPr>
  </w:style>
  <w:style w:type="character" w:customStyle="1" w:styleId="inqyif">
    <w:name w:val="inqyif"/>
    <w:basedOn w:val="Fuentedeprrafopredeter"/>
    <w:rsid w:val="00D13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9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657</Words>
  <Characters>3617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Angela Paola Ramos Paez</cp:lastModifiedBy>
  <cp:revision>5</cp:revision>
  <dcterms:created xsi:type="dcterms:W3CDTF">2026-08-21T12:42:00Z</dcterms:created>
  <dcterms:modified xsi:type="dcterms:W3CDTF">2026-08-21T12:57:00Z</dcterms:modified>
  <cp:category/>
</cp:coreProperties>
</file>